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B682C9" w14:textId="27E13D3A" w:rsidR="00EA3AA6" w:rsidRDefault="00614C19" w:rsidP="005B387E">
      <w:pPr>
        <w:pStyle w:val="Overskrift1"/>
      </w:pPr>
      <w:r>
        <w:t xml:space="preserve">§ 3-2. Ansvar, </w:t>
      </w:r>
      <w:r w:rsidR="690F88A1">
        <w:t>rutinar</w:t>
      </w:r>
      <w:r>
        <w:t xml:space="preserve"> og rettighe</w:t>
      </w:r>
      <w:r w:rsidR="06F6C6EA">
        <w:t>iter</w:t>
      </w:r>
      <w:r>
        <w:t xml:space="preserve"> i arkivsystem</w:t>
      </w:r>
      <w:r w:rsidR="5C362F45">
        <w:t xml:space="preserve"> avdeling helsestasjon- og skulehelset</w:t>
      </w:r>
      <w:r w:rsidR="65E8B7E0">
        <w:t>ene</w:t>
      </w:r>
      <w:r w:rsidR="00BF921F">
        <w:t>sta</w:t>
      </w:r>
      <w:r w:rsidR="5C362F45">
        <w:t xml:space="preserve"> i Bykle Kommune</w:t>
      </w:r>
    </w:p>
    <w:p w14:paraId="2B4F28E5" w14:textId="516C95B2" w:rsidR="00C51D44" w:rsidRDefault="00E313A4" w:rsidP="2D25E11B">
      <w:r>
        <w:br/>
      </w:r>
      <w:r w:rsidR="466BDE13">
        <w:t>Helsestasjon- og</w:t>
      </w:r>
      <w:r>
        <w:t xml:space="preserve"> </w:t>
      </w:r>
      <w:r w:rsidR="267ECE5E">
        <w:t xml:space="preserve">skulehelsetenesta i Bykle Kommune </w:t>
      </w:r>
      <w:r>
        <w:t>bruk</w:t>
      </w:r>
      <w:r w:rsidR="49B18F80">
        <w:t>ar</w:t>
      </w:r>
      <w:r>
        <w:t xml:space="preserve"> fagsystemet </w:t>
      </w:r>
      <w:r w:rsidR="2C29E6A4">
        <w:t xml:space="preserve">EG </w:t>
      </w:r>
      <w:r>
        <w:t xml:space="preserve">Infodoc som elektronisk pasientjournalsystem (EPJ). </w:t>
      </w:r>
    </w:p>
    <w:p w14:paraId="4C8D5B48" w14:textId="5103818D" w:rsidR="00C51D44" w:rsidRDefault="06C0A23E" w:rsidP="2D25E11B">
      <w:r>
        <w:t xml:space="preserve">EG </w:t>
      </w:r>
      <w:r w:rsidR="00E313A4">
        <w:t xml:space="preserve">Infodoc er eit </w:t>
      </w:r>
      <w:r w:rsidR="35236D5F">
        <w:t xml:space="preserve">elektronisk </w:t>
      </w:r>
      <w:r w:rsidR="00E313A4">
        <w:t>journalsystem som tilfredsstiller de</w:t>
      </w:r>
      <w:r w:rsidR="00BB16C2">
        <w:t>i</w:t>
      </w:r>
      <w:r w:rsidR="00E313A4">
        <w:t xml:space="preserve"> lovmessige krav</w:t>
      </w:r>
      <w:r w:rsidR="00BB16C2">
        <w:t>a</w:t>
      </w:r>
      <w:r w:rsidR="00E313A4">
        <w:t xml:space="preserve"> til </w:t>
      </w:r>
      <w:r w:rsidR="00E313A4">
        <w:br/>
      </w:r>
      <w:r w:rsidR="00BB16C2">
        <w:t>handsaming</w:t>
      </w:r>
      <w:r w:rsidR="00E313A4">
        <w:t xml:space="preserve"> og arkivering av person- og helseopplysningar.  </w:t>
      </w:r>
      <w:r w:rsidR="00E313A4">
        <w:br/>
        <w:t xml:space="preserve">IKT Agder sørger for sikker lagring og </w:t>
      </w:r>
      <w:r w:rsidR="4D19EBC2">
        <w:t>sikkerhetskopi</w:t>
      </w:r>
      <w:r w:rsidR="00E313A4">
        <w:t xml:space="preserve"> av systemet. </w:t>
      </w:r>
      <w:r w:rsidR="00E313A4">
        <w:br/>
        <w:t xml:space="preserve">Infodoc består av fire hovuddeler; journal, timebok, økonomi og elektronisk </w:t>
      </w:r>
      <w:r w:rsidR="00E313A4">
        <w:br/>
        <w:t xml:space="preserve">meldingsutveksling. </w:t>
      </w:r>
    </w:p>
    <w:p w14:paraId="0A264C93" w14:textId="1E27BB14" w:rsidR="00EA3AA6" w:rsidRDefault="0315F8A3" w:rsidP="12766998">
      <w:r>
        <w:t xml:space="preserve">EG </w:t>
      </w:r>
      <w:r w:rsidR="00C51D44">
        <w:t xml:space="preserve">Infodoc har </w:t>
      </w:r>
      <w:r w:rsidR="00AB00A7">
        <w:t>ulike avdelingar inn i systemet som ligg under helsestasjonsmodulen. Dette er</w:t>
      </w:r>
      <w:r w:rsidR="75F85276">
        <w:t xml:space="preserve"> helsestasjon, helsestasjon for ungdom, fysioterapi, jordmor og ergoterapi. </w:t>
      </w:r>
      <w:r w:rsidR="00614C19">
        <w:br/>
      </w:r>
    </w:p>
    <w:p w14:paraId="7A5452D4" w14:textId="468E266F" w:rsidR="00EA3AA6" w:rsidRDefault="00614C19">
      <w:pPr>
        <w:pStyle w:val="Overskrift3"/>
      </w:pPr>
      <w:r>
        <w:t xml:space="preserve">a. </w:t>
      </w:r>
      <w:r w:rsidR="0D4380A7">
        <w:t>A</w:t>
      </w:r>
      <w:r>
        <w:t xml:space="preserve">nsvar for tildeling og ajourhold av </w:t>
      </w:r>
      <w:r w:rsidR="49796963">
        <w:t>brukerrettigheiter</w:t>
      </w:r>
    </w:p>
    <w:p w14:paraId="0FFA8E66" w14:textId="51E35C39" w:rsidR="00EA3AA6" w:rsidRDefault="00BB16C2">
      <w:r>
        <w:t xml:space="preserve">Det er </w:t>
      </w:r>
      <w:r w:rsidR="00B73D4C">
        <w:t xml:space="preserve">personar med administratortilgang i EPJ som kan gje tilgang til systemet og ajourhold av brukarrettigheiter. </w:t>
      </w:r>
    </w:p>
    <w:p w14:paraId="4B303B2B" w14:textId="7D68B5A7" w:rsidR="00C51D44" w:rsidRDefault="00C51D44">
      <w:r>
        <w:t>Tilgangskontroll i systemet</w:t>
      </w:r>
      <w:r w:rsidR="2F5ADC91">
        <w:t>.</w:t>
      </w:r>
      <w:r>
        <w:t xml:space="preserve">  </w:t>
      </w:r>
    </w:p>
    <w:p w14:paraId="0975FC36" w14:textId="74D2CE4F" w:rsidR="00C51D44" w:rsidRDefault="57683D93">
      <w:r>
        <w:t xml:space="preserve">Ein må ha brukar for å kunne logge inn i EPJ. Gjennom </w:t>
      </w:r>
      <w:r w:rsidR="7968F1EA">
        <w:t>to</w:t>
      </w:r>
      <w:r w:rsidR="47B86094">
        <w:t>-</w:t>
      </w:r>
      <w:r w:rsidR="7968F1EA">
        <w:t>faktor-godkjenning får ein tilgang på system</w:t>
      </w:r>
      <w:r w:rsidR="0875F7FF">
        <w:t>e</w:t>
      </w:r>
      <w:r w:rsidR="7968F1EA">
        <w:t xml:space="preserve">t. </w:t>
      </w:r>
      <w:r>
        <w:br/>
      </w:r>
      <w:r w:rsidR="00C51D44">
        <w:t xml:space="preserve">I </w:t>
      </w:r>
      <w:r w:rsidR="145A0E18">
        <w:t xml:space="preserve">EG </w:t>
      </w:r>
      <w:r w:rsidR="034BCCD4">
        <w:t>I</w:t>
      </w:r>
      <w:r w:rsidR="00C51D44">
        <w:t>nfodoc har ein ulike tilgangar i systemet</w:t>
      </w:r>
      <w:r w:rsidR="6927D35E">
        <w:t>. Ut i frå kva sla</w:t>
      </w:r>
      <w:r w:rsidR="3FD3624F">
        <w:t>gs</w:t>
      </w:r>
      <w:r w:rsidR="6927D35E">
        <w:t xml:space="preserve"> tilgang</w:t>
      </w:r>
      <w:r w:rsidR="2D2254AA">
        <w:t xml:space="preserve"> og rolle</w:t>
      </w:r>
      <w:r w:rsidR="6927D35E">
        <w:t xml:space="preserve"> ein har vert det justert kor innsynet i EPJ er. </w:t>
      </w:r>
      <w:r w:rsidR="644B6D6E">
        <w:t>D</w:t>
      </w:r>
      <w:r w:rsidR="6927D35E">
        <w:t>ei ulike rollene og tilgangane</w:t>
      </w:r>
      <w:r w:rsidR="50C90BBF">
        <w:t xml:space="preserve"> er til dømes </w:t>
      </w:r>
      <w:r w:rsidR="00C51D44">
        <w:t>helsesjukepleiar, fysioterapeut, ergoterapeut, jordmor, lege eller administrator.</w:t>
      </w:r>
    </w:p>
    <w:p w14:paraId="56B42646" w14:textId="1B0B8CDC" w:rsidR="343C1D77" w:rsidRDefault="343C1D77">
      <w:r>
        <w:t xml:space="preserve">Når ein vert tildelt ei rolle set dette reglar og grenser for kor mykje innsyn ein har og i </w:t>
      </w:r>
      <w:r w:rsidR="179CCF8B">
        <w:t>k</w:t>
      </w:r>
      <w:r w:rsidR="4DF94D8C">
        <w:t>va av</w:t>
      </w:r>
      <w:r w:rsidR="179CCF8B">
        <w:t>deling</w:t>
      </w:r>
      <w:r>
        <w:t xml:space="preserve"> i </w:t>
      </w:r>
      <w:r w:rsidR="292D175D">
        <w:t>EPJ</w:t>
      </w:r>
      <w:r>
        <w:t xml:space="preserve"> ein har tilgang på. Til dømes vil ikkje ei rolle som helsesjukepl</w:t>
      </w:r>
      <w:r w:rsidR="5971D1E5">
        <w:t>e</w:t>
      </w:r>
      <w:r>
        <w:t>i</w:t>
      </w:r>
      <w:r w:rsidR="5519F205">
        <w:t>a</w:t>
      </w:r>
      <w:r>
        <w:t>r ha tilgang</w:t>
      </w:r>
      <w:r w:rsidR="5644162B">
        <w:t xml:space="preserve"> i fysioterapijournal.</w:t>
      </w:r>
    </w:p>
    <w:p w14:paraId="1A358A71" w14:textId="205B36D1" w:rsidR="00EA3AA6" w:rsidRDefault="00614C19">
      <w:pPr>
        <w:pStyle w:val="Overskrift3"/>
      </w:pPr>
      <w:r>
        <w:t xml:space="preserve">b. </w:t>
      </w:r>
      <w:r w:rsidR="71BD002F">
        <w:t>Kva slags</w:t>
      </w:r>
      <w:r>
        <w:t xml:space="preserve"> spesifikke rettighe</w:t>
      </w:r>
      <w:r w:rsidR="47D747E2">
        <w:t xml:space="preserve">iter </w:t>
      </w:r>
      <w:r>
        <w:t xml:space="preserve">for behandling av arkivdokument som </w:t>
      </w:r>
      <w:r w:rsidR="4CC1070D">
        <w:t xml:space="preserve">vert gitt </w:t>
      </w:r>
      <w:r>
        <w:t>bruk</w:t>
      </w:r>
      <w:r w:rsidR="356F2B3B">
        <w:t>arar</w:t>
      </w:r>
      <w:r>
        <w:t xml:space="preserve"> av systemet med tilhø</w:t>
      </w:r>
      <w:r w:rsidR="29A5D074">
        <w:t>y</w:t>
      </w:r>
      <w:r>
        <w:t>r</w:t>
      </w:r>
      <w:r w:rsidR="39D256D9">
        <w:t>ande</w:t>
      </w:r>
      <w:r>
        <w:t xml:space="preserve"> roller</w:t>
      </w:r>
      <w:r w:rsidR="3D7FCFDA">
        <w:t>.</w:t>
      </w:r>
    </w:p>
    <w:p w14:paraId="130CCB0C" w14:textId="77777777" w:rsidR="00EA3AA6" w:rsidRDefault="00EA3AA6"/>
    <w:p w14:paraId="6CD65576" w14:textId="797A9F8C" w:rsidR="00EA3AA6" w:rsidRDefault="00614C19">
      <w:pPr>
        <w:pStyle w:val="Overskrift3"/>
      </w:pPr>
      <w:r>
        <w:t xml:space="preserve">c. </w:t>
      </w:r>
      <w:r w:rsidR="12EFA7EE">
        <w:t xml:space="preserve">Kva </w:t>
      </w:r>
      <w:r>
        <w:t>type dokumenter som skal autentiser</w:t>
      </w:r>
      <w:r w:rsidR="4A57CD4E">
        <w:t>a</w:t>
      </w:r>
      <w:r>
        <w:t>s</w:t>
      </w:r>
      <w:r w:rsidR="6F4D1291">
        <w:t>t</w:t>
      </w:r>
      <w:r>
        <w:t xml:space="preserve"> og signer</w:t>
      </w:r>
      <w:r w:rsidR="00E21380">
        <w:t>ast</w:t>
      </w:r>
      <w:r>
        <w:t>, samt regl</w:t>
      </w:r>
      <w:r w:rsidR="4A95A01A">
        <w:t>a</w:t>
      </w:r>
      <w:r>
        <w:t>r og rutin</w:t>
      </w:r>
      <w:r w:rsidR="7801006C">
        <w:t>a</w:t>
      </w:r>
      <w:r>
        <w:t xml:space="preserve">r for signering av dokumenter, </w:t>
      </w:r>
      <w:r w:rsidR="30F49F8E">
        <w:t>her under</w:t>
      </w:r>
      <w:r>
        <w:t xml:space="preserve"> bruken av digital signatur</w:t>
      </w:r>
      <w:r w:rsidR="00B73D4C">
        <w:t>.</w:t>
      </w:r>
    </w:p>
    <w:p w14:paraId="0E60EA0E" w14:textId="77777777" w:rsidR="008C3923" w:rsidRPr="008C3923" w:rsidRDefault="008C3923" w:rsidP="008C3923"/>
    <w:p w14:paraId="7599825B" w14:textId="07A7971B" w:rsidR="00EA3AA6" w:rsidRDefault="00B73D4C">
      <w:r>
        <w:t xml:space="preserve">Alt som </w:t>
      </w:r>
      <w:r w:rsidR="7CD37FBE">
        <w:t>vert skrevet</w:t>
      </w:r>
      <w:r>
        <w:t xml:space="preserve"> i</w:t>
      </w:r>
      <w:r w:rsidR="3D02AC66">
        <w:t xml:space="preserve"> EPJ</w:t>
      </w:r>
      <w:r>
        <w:t xml:space="preserve"> krev signatur frå ansvarleg </w:t>
      </w:r>
      <w:r w:rsidR="24FF62E6">
        <w:t xml:space="preserve">brukar som til dømes </w:t>
      </w:r>
      <w:r>
        <w:t xml:space="preserve">lege </w:t>
      </w:r>
      <w:r w:rsidR="1EFA5A19">
        <w:t>eller</w:t>
      </w:r>
      <w:r>
        <w:t xml:space="preserve"> helsesjukepleiar. Det</w:t>
      </w:r>
      <w:r w:rsidR="38C53839">
        <w:t>te blir</w:t>
      </w:r>
      <w:r>
        <w:t xml:space="preserve"> lagra automatisk i journal til den enkelte pasient. Dette </w:t>
      </w:r>
      <w:r>
        <w:br/>
        <w:t>gjeler også utgå</w:t>
      </w:r>
      <w:r w:rsidR="4B111727">
        <w:t>a</w:t>
      </w:r>
      <w:r>
        <w:t xml:space="preserve">nde korrespondanse. </w:t>
      </w:r>
      <w:r>
        <w:br/>
      </w:r>
    </w:p>
    <w:p w14:paraId="1D2ACBE1" w14:textId="171478C4" w:rsidR="00EA3AA6" w:rsidRDefault="00614C19">
      <w:pPr>
        <w:pStyle w:val="Overskrift3"/>
      </w:pPr>
      <w:r>
        <w:lastRenderedPageBreak/>
        <w:t>d. ansvar og rutin</w:t>
      </w:r>
      <w:r w:rsidR="0331BEC3">
        <w:t>ar</w:t>
      </w:r>
      <w:r>
        <w:t xml:space="preserve"> for kvalitetssikring av registrering</w:t>
      </w:r>
      <w:r w:rsidR="64118A10">
        <w:t xml:space="preserve"> </w:t>
      </w:r>
      <w:r>
        <w:t>og arkivering</w:t>
      </w:r>
      <w:r w:rsidR="1BBA84C9">
        <w:t>.</w:t>
      </w:r>
    </w:p>
    <w:p w14:paraId="544DF369" w14:textId="01B63400" w:rsidR="00C51D44" w:rsidRDefault="008C3923" w:rsidP="12766998">
      <w:r>
        <w:t>Innkomm</w:t>
      </w:r>
      <w:r w:rsidR="4BFB9011">
        <w:t>ande</w:t>
      </w:r>
      <w:r>
        <w:t xml:space="preserve"> korrespondanse </w:t>
      </w:r>
      <w:r w:rsidR="59428D49">
        <w:t xml:space="preserve">på papir </w:t>
      </w:r>
      <w:r w:rsidR="646B2D5B">
        <w:t>angåande</w:t>
      </w:r>
      <w:r>
        <w:t xml:space="preserve"> pasient</w:t>
      </w:r>
      <w:r w:rsidR="1FD54DB5">
        <w:t>ar</w:t>
      </w:r>
      <w:r w:rsidR="1DFE0F8F">
        <w:t xml:space="preserve"> </w:t>
      </w:r>
      <w:r>
        <w:t>scannes rutinemessig inn</w:t>
      </w:r>
      <w:r w:rsidR="51D0191F">
        <w:t xml:space="preserve"> i</w:t>
      </w:r>
      <w:r>
        <w:t xml:space="preserve"> EPJ og </w:t>
      </w:r>
      <w:r w:rsidR="180C751F">
        <w:t>vert arkivert</w:t>
      </w:r>
      <w:r w:rsidR="287A324E">
        <w:t xml:space="preserve"> her. </w:t>
      </w:r>
      <w:r>
        <w:t xml:space="preserve"> Papirjournalen blir makulert </w:t>
      </w:r>
      <w:r w:rsidR="6FDF18FB">
        <w:t xml:space="preserve">i </w:t>
      </w:r>
      <w:r>
        <w:t>etterkant.</w:t>
      </w:r>
      <w:r w:rsidR="38CEB8EF">
        <w:t xml:space="preserve"> </w:t>
      </w:r>
      <w:r>
        <w:br/>
        <w:t>Pasientjournal av eldre dato som b</w:t>
      </w:r>
      <w:r w:rsidR="342BAFA3">
        <w:t>erre</w:t>
      </w:r>
      <w:r>
        <w:t xml:space="preserve"> finnes i papirversjon, lagr</w:t>
      </w:r>
      <w:r w:rsidR="30432285">
        <w:t>as</w:t>
      </w:r>
      <w:r w:rsidR="00245135">
        <w:t>t</w:t>
      </w:r>
      <w:r>
        <w:t xml:space="preserve"> i den enkelte pasient si papirj</w:t>
      </w:r>
      <w:r w:rsidR="5F468A68">
        <w:t>o</w:t>
      </w:r>
      <w:r>
        <w:t xml:space="preserve">urnal i låsbart skap på helsestasjonen. </w:t>
      </w:r>
      <w:r>
        <w:br/>
        <w:t>Papirjournalar på pasient</w:t>
      </w:r>
      <w:r w:rsidR="5AFF019D">
        <w:t>a</w:t>
      </w:r>
      <w:r>
        <w:t>r som</w:t>
      </w:r>
      <w:r w:rsidR="6CD0A9B4">
        <w:t xml:space="preserve"> ikkje lenger er tilknytt</w:t>
      </w:r>
      <w:r w:rsidR="37DDF174">
        <w:t xml:space="preserve"> </w:t>
      </w:r>
      <w:r w:rsidR="6CD0A9B4">
        <w:t>avdelinga,</w:t>
      </w:r>
      <w:r>
        <w:t xml:space="preserve"> er døde</w:t>
      </w:r>
      <w:r w:rsidR="70460686">
        <w:t xml:space="preserve"> bli </w:t>
      </w:r>
      <w:r>
        <w:t>arkiver</w:t>
      </w:r>
      <w:r w:rsidR="6247E589">
        <w:t>t</w:t>
      </w:r>
      <w:r>
        <w:t xml:space="preserve"> i Bykle </w:t>
      </w:r>
      <w:r w:rsidR="4CAF339F">
        <w:t>k</w:t>
      </w:r>
      <w:r>
        <w:t xml:space="preserve">ommune sitt </w:t>
      </w:r>
      <w:r w:rsidR="2A37A08F">
        <w:t>fjern</w:t>
      </w:r>
      <w:r>
        <w:t xml:space="preserve">arkiv i kommunehuset. </w:t>
      </w:r>
    </w:p>
    <w:p w14:paraId="184C9BB2" w14:textId="14E8567A" w:rsidR="00C51D44" w:rsidRDefault="008C3923">
      <w:r>
        <w:t>Rutin</w:t>
      </w:r>
      <w:r w:rsidR="2AF7ED61">
        <w:t>a</w:t>
      </w:r>
      <w:r>
        <w:t xml:space="preserve">r for avlevering </w:t>
      </w:r>
      <w:r w:rsidR="2FA09DCE">
        <w:t>til fjernarkiv og oppbe</w:t>
      </w:r>
      <w:r w:rsidR="7A2F10E3">
        <w:t xml:space="preserve">varing </w:t>
      </w:r>
      <w:r>
        <w:t xml:space="preserve">er at den enkelte </w:t>
      </w:r>
      <w:r w:rsidR="35826809">
        <w:t xml:space="preserve"> med ansvar for j</w:t>
      </w:r>
      <w:r w:rsidR="0F66968F">
        <w:t>ou</w:t>
      </w:r>
      <w:r w:rsidR="35826809">
        <w:t xml:space="preserve">rnalen </w:t>
      </w:r>
      <w:r>
        <w:t xml:space="preserve">tek kontakt med arkivansvarleg </w:t>
      </w:r>
      <w:r w:rsidR="2792CF33">
        <w:t>i</w:t>
      </w:r>
      <w:r>
        <w:t xml:space="preserve"> kommu</w:t>
      </w:r>
      <w:r w:rsidR="03923CFB">
        <w:t>nen</w:t>
      </w:r>
      <w:r>
        <w:t xml:space="preserve"> for å gjere ei avtale om overlevering av </w:t>
      </w:r>
      <w:r w:rsidR="7CF0A87D">
        <w:t>dokument.</w:t>
      </w:r>
      <w:r>
        <w:t xml:space="preserve"> </w:t>
      </w:r>
    </w:p>
    <w:p w14:paraId="726326C2" w14:textId="104A1D44" w:rsidR="00C51D44" w:rsidRDefault="438E293E" w:rsidP="12766998">
      <w:pPr>
        <w:pStyle w:val="Overskrift3"/>
      </w:pPr>
      <w:r>
        <w:t xml:space="preserve"> d. a </w:t>
      </w:r>
      <w:r w:rsidR="00C51D44">
        <w:t>Rutine for oppretting av ny brukar</w:t>
      </w:r>
      <w:r w:rsidR="4E0B1132">
        <w:t>.</w:t>
      </w:r>
    </w:p>
    <w:p w14:paraId="03DEC174" w14:textId="4527164B" w:rsidR="00C51D44" w:rsidRDefault="00C51D44" w:rsidP="2D25E11B">
      <w:r>
        <w:t xml:space="preserve"> Ny brukar opprettast når det </w:t>
      </w:r>
      <w:r w:rsidR="7500CC89">
        <w:t xml:space="preserve">vert registrert </w:t>
      </w:r>
      <w:r w:rsidR="035D0CCD">
        <w:t>nyfødde</w:t>
      </w:r>
      <w:r>
        <w:t xml:space="preserve"> der det ikkje kjem elektronisk journal frå sjukehuset, ved nyinnflytta born til kommunen under og i skulealder</w:t>
      </w:r>
      <w:r w:rsidR="079F527D">
        <w:t>,</w:t>
      </w:r>
      <w:r>
        <w:t xml:space="preserve"> ved </w:t>
      </w:r>
      <w:r>
        <w:br/>
        <w:t>vaksineregistrering og personen ikkje har tatt vaksine på helsestasjonen før</w:t>
      </w:r>
      <w:r w:rsidR="25A6ADC3">
        <w:t xml:space="preserve">, eller ved anna kontakt med helsestasjon- og skulehelsetenesta. </w:t>
      </w:r>
      <w:r>
        <w:br/>
        <w:t xml:space="preserve">For å få ein gyldig brukar </w:t>
      </w:r>
      <w:r w:rsidR="3F175103">
        <w:t xml:space="preserve">i EPJ </w:t>
      </w:r>
      <w:r>
        <w:t xml:space="preserve">må namn, fødselsnummer og adresse vere på plass.  </w:t>
      </w:r>
    </w:p>
    <w:p w14:paraId="0C8EA406" w14:textId="71EE604A" w:rsidR="00EA3AA6" w:rsidRDefault="00C51D44">
      <w:r>
        <w:t>Melding om nyfødt, epikris</w:t>
      </w:r>
      <w:r w:rsidR="77AFCD80">
        <w:t>e</w:t>
      </w:r>
      <w:r>
        <w:t xml:space="preserve">r eller henvisninger får ein i startpanelet i </w:t>
      </w:r>
      <w:r w:rsidR="652E67B9">
        <w:t xml:space="preserve">EG </w:t>
      </w:r>
      <w:r w:rsidR="16BF694A">
        <w:t>I</w:t>
      </w:r>
      <w:r>
        <w:t xml:space="preserve">nfodoc og så må </w:t>
      </w:r>
      <w:r>
        <w:br/>
        <w:t xml:space="preserve">ein behandla dei videre.  </w:t>
      </w:r>
      <w:r w:rsidR="4FA4B71F">
        <w:t>Det er kun</w:t>
      </w:r>
      <w:r w:rsidR="4FC1EAB3">
        <w:t>n</w:t>
      </w:r>
      <w:r w:rsidR="4FA4B71F">
        <w:t xml:space="preserve"> ein person i kvar avdeling som har tilgang på innkommen dokument. Desse blir</w:t>
      </w:r>
      <w:r w:rsidR="23846D92">
        <w:t xml:space="preserve"> </w:t>
      </w:r>
      <w:r w:rsidR="4FA4B71F">
        <w:t xml:space="preserve">fordelt til den ansvarlege for </w:t>
      </w:r>
      <w:r w:rsidR="34FF0CB9">
        <w:t xml:space="preserve">pasienten si </w:t>
      </w:r>
      <w:r w:rsidR="4FA4B71F">
        <w:t>EPJ og deretter signert etter gjennomlesing og registrering</w:t>
      </w:r>
      <w:r w:rsidR="7CEF2CED">
        <w:t xml:space="preserve">. </w:t>
      </w:r>
    </w:p>
    <w:p w14:paraId="1EFF4F9F" w14:textId="2D3927E2" w:rsidR="00EA3AA6" w:rsidRDefault="6360C1E9">
      <w:r>
        <w:t>Innkommande korrespondansar (eks. epikris</w:t>
      </w:r>
      <w:r w:rsidR="04C15C13">
        <w:t>er</w:t>
      </w:r>
      <w:r>
        <w:t xml:space="preserve"> frå sjukehus</w:t>
      </w:r>
      <w:r w:rsidR="5789F9AB">
        <w:t>,</w:t>
      </w:r>
      <w:r>
        <w:t xml:space="preserve"> spesialist</w:t>
      </w:r>
      <w:r w:rsidR="1005C073">
        <w:t>a</w:t>
      </w:r>
      <w:r>
        <w:t xml:space="preserve">r, prøvesvar, </w:t>
      </w:r>
      <w:r w:rsidR="00EA3AA6">
        <w:br/>
      </w:r>
      <w:r>
        <w:t>røntgensvar</w:t>
      </w:r>
      <w:r w:rsidR="49022AEB">
        <w:t>, PLO,</w:t>
      </w:r>
      <w:r>
        <w:t xml:space="preserve"> mm.) kjem inn i all hovudsak i journalsystemet via Norsk Helsenett og EDI meldingssentral. Det vert arkivert i den enkelte pasient sin journal som usignert dokument</w:t>
      </w:r>
      <w:r w:rsidR="66B1E1D6">
        <w:t xml:space="preserve"> under </w:t>
      </w:r>
      <w:r w:rsidR="6517B816">
        <w:t>korrespondanse</w:t>
      </w:r>
      <w:r w:rsidR="66B1E1D6">
        <w:t xml:space="preserve"> inn og ut. </w:t>
      </w:r>
      <w:r>
        <w:t xml:space="preserve"> </w:t>
      </w:r>
      <w:r w:rsidR="00EA3AA6">
        <w:br/>
      </w:r>
      <w:r>
        <w:t xml:space="preserve">Ansvarlig lege/helsesjukepleiar får opp melding om usignert </w:t>
      </w:r>
      <w:r w:rsidR="4DF354D7">
        <w:t>innkomme</w:t>
      </w:r>
      <w:r>
        <w:t xml:space="preserve"> dokument i </w:t>
      </w:r>
      <w:r w:rsidR="00EA3AA6">
        <w:br/>
      </w:r>
      <w:r>
        <w:t xml:space="preserve">innboksen, går inn, leser og signerer. Det merkes da som lest med </w:t>
      </w:r>
      <w:r w:rsidR="66B7C8B8">
        <w:t>til dømes</w:t>
      </w:r>
      <w:r w:rsidR="00EA3AA6">
        <w:br/>
      </w:r>
      <w:r>
        <w:t>legen/helsesjukepleiar</w:t>
      </w:r>
      <w:r w:rsidR="370EF791">
        <w:t xml:space="preserve"> si</w:t>
      </w:r>
      <w:r>
        <w:t xml:space="preserve"> signatur.</w:t>
      </w:r>
    </w:p>
    <w:p w14:paraId="0DDC4318" w14:textId="7B4B9CE7" w:rsidR="00EA3AA6" w:rsidRDefault="6D3B5B53">
      <w:r>
        <w:t xml:space="preserve">Dersom den eine med ansvar for innkommen dokument ikkje er på </w:t>
      </w:r>
      <w:r w:rsidR="614CD955">
        <w:t>arbeid over lengre tid (ei veke)</w:t>
      </w:r>
      <w:r>
        <w:t xml:space="preserve"> vert det tildelt ein fråværsassistent som kan ta hand om innkommande dokument i EPJ</w:t>
      </w:r>
      <w:r w:rsidR="0D05DC79">
        <w:t xml:space="preserve"> så lenge d</w:t>
      </w:r>
      <w:r w:rsidR="3A18CDA6">
        <w:t>en</w:t>
      </w:r>
      <w:r w:rsidR="0D05DC79">
        <w:t xml:space="preserve"> ansvarlege for dette ikkje er på arbeid</w:t>
      </w:r>
      <w:r>
        <w:t xml:space="preserve">. </w:t>
      </w:r>
      <w:r w:rsidR="72776986">
        <w:t xml:space="preserve">Dette er ein eigen funksjon i </w:t>
      </w:r>
      <w:r w:rsidR="62A0B87F">
        <w:t xml:space="preserve">EG </w:t>
      </w:r>
      <w:r w:rsidR="72776986">
        <w:t xml:space="preserve">Infodoc. </w:t>
      </w:r>
      <w:r>
        <w:br/>
      </w:r>
    </w:p>
    <w:p w14:paraId="5606A6B7" w14:textId="12D254E3" w:rsidR="00EA3AA6" w:rsidRDefault="00614C19">
      <w:pPr>
        <w:pStyle w:val="Overskrift3"/>
      </w:pPr>
      <w:r>
        <w:t>e. ansvarsforhold og prosedyr</w:t>
      </w:r>
      <w:r w:rsidR="1DFD8E9B">
        <w:t>ar</w:t>
      </w:r>
      <w:r>
        <w:t xml:space="preserve"> for registrering, journalføring og arkivering av dokument som</w:t>
      </w:r>
      <w:r w:rsidR="17C6A066">
        <w:t xml:space="preserve"> vert</w:t>
      </w:r>
      <w:r>
        <w:t xml:space="preserve"> send</w:t>
      </w:r>
      <w:r w:rsidR="70253146">
        <w:t>t og mottatt.</w:t>
      </w:r>
    </w:p>
    <w:p w14:paraId="51FE9DC7" w14:textId="77777777" w:rsidR="008C3923" w:rsidRPr="008C3923" w:rsidRDefault="008C3923" w:rsidP="008C3923"/>
    <w:p w14:paraId="02BB671B" w14:textId="752CD6E0" w:rsidR="2DFA67A7" w:rsidRDefault="2DFA67A7" w:rsidP="12766998">
      <w:pPr>
        <w:rPr>
          <w:color w:val="FF0000"/>
        </w:rPr>
      </w:pPr>
      <w:r w:rsidRPr="12766998">
        <w:rPr>
          <w:color w:val="FF0000"/>
        </w:rPr>
        <w:t>Det er tenesteleiar for</w:t>
      </w:r>
      <w:r w:rsidR="61A6395A" w:rsidRPr="12766998">
        <w:rPr>
          <w:color w:val="FF0000"/>
        </w:rPr>
        <w:t xml:space="preserve"> helse i Bykle kommune </w:t>
      </w:r>
      <w:r w:rsidRPr="12766998">
        <w:rPr>
          <w:color w:val="FF0000"/>
        </w:rPr>
        <w:t xml:space="preserve">som har ansvaret for å sørgje for at det er utarbeida </w:t>
      </w:r>
      <w:r w:rsidR="1915FEC9" w:rsidRPr="12766998">
        <w:rPr>
          <w:color w:val="FF0000"/>
        </w:rPr>
        <w:t>prosedyrar</w:t>
      </w:r>
      <w:r w:rsidR="28567834" w:rsidRPr="12766998">
        <w:rPr>
          <w:color w:val="FF0000"/>
        </w:rPr>
        <w:t xml:space="preserve"> for registrering, journalføring og arkivering av dokument som vert sendt og mottatt. </w:t>
      </w:r>
    </w:p>
    <w:p w14:paraId="73F8149E" w14:textId="6B269321" w:rsidR="00EA3AA6" w:rsidRDefault="3B58D6E6" w:rsidP="12766998">
      <w:pPr>
        <w:pStyle w:val="Overskrift3"/>
      </w:pPr>
      <w:r>
        <w:lastRenderedPageBreak/>
        <w:t xml:space="preserve">e. a </w:t>
      </w:r>
      <w:r w:rsidR="00C51D44">
        <w:t>Rutine for avslutting av brukar</w:t>
      </w:r>
      <w:r w:rsidR="74D242E5">
        <w:t>.</w:t>
      </w:r>
    </w:p>
    <w:p w14:paraId="4C057FD8" w14:textId="27A4DDF6" w:rsidR="00EA3AA6" w:rsidRDefault="00C51D44">
      <w:r>
        <w:t xml:space="preserve">Om eit barn under skulealder eller barn i grunnskulealder flyttar vert journalen overført </w:t>
      </w:r>
      <w:r w:rsidR="008C3923">
        <w:br/>
      </w:r>
      <w:r>
        <w:t>elektronisk</w:t>
      </w:r>
      <w:r w:rsidR="04F12BF8">
        <w:t xml:space="preserve"> til den nye kommunen</w:t>
      </w:r>
      <w:r>
        <w:t xml:space="preserve">. Om den ikkje kan overførast elektronisk vert pasientjournalen skrive ut på papir og sendt til ny gjeldande helsestasjon eller skulehelseteneste. I systemet står det då utskriven til…. om ein søkjer på barnet. Om ein ungdom oppsøkjer helsestasjonstilbod/skulehelseteneste i annan kommune(t.d studering) får ungdommen også journal i det systemet som vert brukt på den gjeldande plassen.  </w:t>
      </w:r>
    </w:p>
    <w:p w14:paraId="186EDAEC" w14:textId="0DA25CC8" w:rsidR="00EA3AA6" w:rsidRDefault="3CFB11A1">
      <w:r>
        <w:t>For å avslutte ein journal som aktiv i EPJ vert denne registrert som avslutta og ligg då som arkivert i EPJ</w:t>
      </w:r>
      <w:r w:rsidR="45488A4B">
        <w:t xml:space="preserve"> inntil ein vel å aktiverer den på nytt ved behov. Ein har framleis tilg</w:t>
      </w:r>
      <w:r w:rsidR="280C0C33">
        <w:t>a</w:t>
      </w:r>
      <w:r w:rsidR="45488A4B">
        <w:t xml:space="preserve">ng på journalen sjølv om den er avslutta i EPJ. </w:t>
      </w:r>
    </w:p>
    <w:p w14:paraId="5836A0C2" w14:textId="564475B4" w:rsidR="00EA3AA6" w:rsidRDefault="00C51D44" w:rsidP="2D25E11B">
      <w:r>
        <w:t xml:space="preserve">Når eit barn vert født </w:t>
      </w:r>
      <w:r w:rsidR="2D7F7BBC">
        <w:t>blir</w:t>
      </w:r>
      <w:r>
        <w:t xml:space="preserve"> foreldra/føresette opplyst om rett til innsyn i journal og </w:t>
      </w:r>
      <w:r>
        <w:br/>
        <w:t xml:space="preserve">overføring av journal via </w:t>
      </w:r>
      <w:r w:rsidR="18285940">
        <w:t>helsestasjon</w:t>
      </w:r>
      <w:r>
        <w:t xml:space="preserve">/skulehelseteneste ved flytting. Dei som er så </w:t>
      </w:r>
      <w:r>
        <w:br/>
        <w:t>gamle og ha</w:t>
      </w:r>
      <w:r w:rsidR="6B307C0B">
        <w:t>r</w:t>
      </w:r>
      <w:r>
        <w:t xml:space="preserve"> papirjournalar i </w:t>
      </w:r>
      <w:r w:rsidR="3208863E">
        <w:t>tillegg</w:t>
      </w:r>
      <w:r>
        <w:t xml:space="preserve"> til elektronisk journal vert også papirjournalen sendt</w:t>
      </w:r>
      <w:r w:rsidR="193B71AB">
        <w:t xml:space="preserve"> til </w:t>
      </w:r>
      <w:r w:rsidR="08F4639C">
        <w:t xml:space="preserve">den nye kommunen. </w:t>
      </w:r>
    </w:p>
    <w:p w14:paraId="2906351C" w14:textId="6728AF64" w:rsidR="00EA3AA6" w:rsidRDefault="00614C19" w:rsidP="12766998">
      <w:pPr>
        <w:pStyle w:val="Overskrift3"/>
      </w:pPr>
      <w:r>
        <w:t>f. rutiner som definerer ansvar for:</w:t>
      </w:r>
    </w:p>
    <w:p w14:paraId="6E3032DC" w14:textId="7FFA77F1" w:rsidR="00EA3AA6" w:rsidRDefault="00614C19">
      <w:pPr>
        <w:pStyle w:val="Overskrift3"/>
      </w:pPr>
      <w:r>
        <w:t xml:space="preserve">    -fordeling av dokumenter</w:t>
      </w:r>
      <w:r w:rsidR="4073D912">
        <w:t>:</w:t>
      </w:r>
    </w:p>
    <w:p w14:paraId="4A1C0AE5" w14:textId="24224E0D" w:rsidR="00EA3AA6" w:rsidRDefault="00AB00A7">
      <w:r>
        <w:t>Det er ut I frå ansvarsområdet til den enkelte tilsette som definerer fordeling av do</w:t>
      </w:r>
      <w:r w:rsidR="2B8852E1">
        <w:t>k</w:t>
      </w:r>
      <w:r>
        <w:t>ument. Alle tilsette I helsestasjonen har tilgang til journal knytt</w:t>
      </w:r>
      <w:r w:rsidR="232B093A">
        <w:t xml:space="preserve"> </w:t>
      </w:r>
      <w:r>
        <w:t xml:space="preserve">til helsestasjonsmodulen. </w:t>
      </w:r>
    </w:p>
    <w:p w14:paraId="30DADF77" w14:textId="1296C371" w:rsidR="00EA3AA6" w:rsidRDefault="00614C19">
      <w:pPr>
        <w:pStyle w:val="Overskrift3"/>
      </w:pPr>
      <w:r>
        <w:t xml:space="preserve">    - retting av registrerte journal- og arkivopplysning</w:t>
      </w:r>
      <w:r w:rsidR="0DE4606B">
        <w:t>ar</w:t>
      </w:r>
      <w:r w:rsidR="382FE547">
        <w:t>:</w:t>
      </w:r>
    </w:p>
    <w:p w14:paraId="57BB9DC3" w14:textId="02778149" w:rsidR="00EA3AA6" w:rsidRDefault="007768D8">
      <w:r>
        <w:t>Ved retting av opplysningar må ein definer</w:t>
      </w:r>
      <w:r w:rsidR="1B5F8177">
        <w:t xml:space="preserve"> og skildre</w:t>
      </w:r>
      <w:r>
        <w:t xml:space="preserve"> kvi</w:t>
      </w:r>
      <w:r w:rsidR="0CF25E3F">
        <w:t>for</w:t>
      </w:r>
      <w:r>
        <w:t xml:space="preserve"> ein gjer ei retting </w:t>
      </w:r>
      <w:r w:rsidR="1A9CDAFB">
        <w:t>i</w:t>
      </w:r>
      <w:r>
        <w:t xml:space="preserve"> systemet, dette blir lagra og arkivert </w:t>
      </w:r>
      <w:r w:rsidR="006102FD">
        <w:t xml:space="preserve">i pasienten sin journal. </w:t>
      </w:r>
    </w:p>
    <w:p w14:paraId="53A03142" w14:textId="23B1390C" w:rsidR="00EA3AA6" w:rsidRDefault="00614C19">
      <w:pPr>
        <w:pStyle w:val="Overskrift3"/>
      </w:pPr>
      <w:r>
        <w:t xml:space="preserve">    - avskriving og ferdigsti</w:t>
      </w:r>
      <w:r w:rsidR="79A1B31D">
        <w:t>lling</w:t>
      </w:r>
      <w:r>
        <w:t xml:space="preserve"> av dokument</w:t>
      </w:r>
      <w:r w:rsidR="77E930E5">
        <w:t>:</w:t>
      </w:r>
    </w:p>
    <w:p w14:paraId="438E8EA3" w14:textId="71936376" w:rsidR="00EA3AA6" w:rsidRDefault="006102FD">
      <w:r>
        <w:t xml:space="preserve">Når eit </w:t>
      </w:r>
      <w:r w:rsidR="7E639ACC">
        <w:t>dokument</w:t>
      </w:r>
      <w:r>
        <w:t xml:space="preserve"> er </w:t>
      </w:r>
      <w:r w:rsidR="613690E9">
        <w:t xml:space="preserve">ferdig </w:t>
      </w:r>
      <w:r>
        <w:t xml:space="preserve"> signerast det av den ansvarlege for</w:t>
      </w:r>
      <w:r w:rsidR="4235F348">
        <w:t xml:space="preserve"> oppretting av</w:t>
      </w:r>
      <w:r>
        <w:t xml:space="preserve"> dokumentet med elektronisk signering. </w:t>
      </w:r>
      <w:r w:rsidR="521C2A2E">
        <w:t xml:space="preserve">Dette dokumentet kan ikkje signerast av nokon anna. </w:t>
      </w:r>
    </w:p>
    <w:p w14:paraId="4F02DF00" w14:textId="2A04A4D9" w:rsidR="00EA3AA6" w:rsidRDefault="00614C19">
      <w:pPr>
        <w:pStyle w:val="Overskrift3"/>
      </w:pPr>
      <w:r>
        <w:t xml:space="preserve">    - vurdering av spørsmål </w:t>
      </w:r>
      <w:r w:rsidR="50D305C7">
        <w:t>angåande</w:t>
      </w:r>
      <w:r>
        <w:t xml:space="preserve"> offent</w:t>
      </w:r>
      <w:r w:rsidR="6DC541E3">
        <w:t>legheit</w:t>
      </w:r>
      <w:r w:rsidR="29A46D7A">
        <w:t>:</w:t>
      </w:r>
    </w:p>
    <w:p w14:paraId="3C31F065" w14:textId="3D63042C" w:rsidR="00EA3AA6" w:rsidRDefault="006102FD">
      <w:r>
        <w:t xml:space="preserve">Ved spørsmål om </w:t>
      </w:r>
      <w:r w:rsidR="002F2119">
        <w:t xml:space="preserve">utdeling av EPJ blir dette dokumentert </w:t>
      </w:r>
      <w:r w:rsidR="7CE5D5A7">
        <w:t xml:space="preserve">i </w:t>
      </w:r>
      <w:r w:rsidR="002F2119">
        <w:t xml:space="preserve">pasientjournalen og </w:t>
      </w:r>
      <w:r w:rsidR="00316290">
        <w:t>journalen blir skrev</w:t>
      </w:r>
      <w:r w:rsidR="3EFAA88B">
        <w:t>e</w:t>
      </w:r>
      <w:r w:rsidR="00316290">
        <w:t xml:space="preserve"> ut på papir for å bli send</w:t>
      </w:r>
      <w:r w:rsidR="3769FA06">
        <w:t>t</w:t>
      </w:r>
      <w:r w:rsidR="00316290">
        <w:t xml:space="preserve"> teller levert ut</w:t>
      </w:r>
      <w:r w:rsidR="20535319">
        <w:t xml:space="preserve"> direkte til pasient. Når det gjeld barn si journal blir denne</w:t>
      </w:r>
      <w:r w:rsidR="16AE77D5">
        <w:t xml:space="preserve"> i hovudsak</w:t>
      </w:r>
      <w:r w:rsidR="20535319">
        <w:t xml:space="preserve"> levert ut til føresette dersom barnet er under 16 år</w:t>
      </w:r>
      <w:r w:rsidR="3C8F2913">
        <w:t>.</w:t>
      </w:r>
      <w:r w:rsidR="7401794C">
        <w:t xml:space="preserve"> Mellom 12- 16 år kan det gjerast ei vurdering på innsyn frå føresette. </w:t>
      </w:r>
      <w:r w:rsidR="3C8F2913">
        <w:t xml:space="preserve"> Ved spørsmål om rett til innsyn i journal blir det </w:t>
      </w:r>
      <w:r w:rsidR="6B795271">
        <w:t xml:space="preserve">vist </w:t>
      </w:r>
      <w:r w:rsidR="3C8F2913">
        <w:t xml:space="preserve">til Lov om pasient- og brukerrettighetsloven §5-1. </w:t>
      </w:r>
    </w:p>
    <w:p w14:paraId="62E03405" w14:textId="5198EF32" w:rsidR="00EA3AA6" w:rsidRDefault="00614C19">
      <w:pPr>
        <w:pStyle w:val="Overskrift3"/>
      </w:pPr>
      <w:r>
        <w:t xml:space="preserve">    - registrering av unntak for offentl</w:t>
      </w:r>
      <w:r w:rsidR="58A62E0B">
        <w:t>egheit</w:t>
      </w:r>
      <w:r w:rsidR="00C51D44">
        <w:t xml:space="preserve"> </w:t>
      </w:r>
      <w:r>
        <w:t>og hjemmel for dette</w:t>
      </w:r>
    </w:p>
    <w:p w14:paraId="4E38A225" w14:textId="3FF1503E" w:rsidR="00EA3AA6" w:rsidRDefault="6EF5AB76" w:rsidP="12766998">
      <w:pPr>
        <w:rPr>
          <w:color w:val="FF0000"/>
        </w:rPr>
      </w:pPr>
      <w:r>
        <w:t xml:space="preserve">Ved registrering av unntak for offentlegheit vert dette notert i </w:t>
      </w:r>
      <w:r w:rsidR="59D23692">
        <w:t>p</w:t>
      </w:r>
      <w:r w:rsidR="02BBF3EA">
        <w:t>asienten si EPJ</w:t>
      </w:r>
      <w:r>
        <w:t xml:space="preserve"> som opplysning. </w:t>
      </w:r>
      <w:r w:rsidRPr="12766998">
        <w:rPr>
          <w:color w:val="FF0000"/>
        </w:rPr>
        <w:t>H</w:t>
      </w:r>
      <w:r w:rsidR="661B85C7" w:rsidRPr="12766998">
        <w:rPr>
          <w:color w:val="FF0000"/>
        </w:rPr>
        <w:t>j</w:t>
      </w:r>
      <w:r w:rsidRPr="12766998">
        <w:rPr>
          <w:color w:val="FF0000"/>
        </w:rPr>
        <w:t xml:space="preserve">emmel for dette </w:t>
      </w:r>
      <w:r w:rsidR="7C30D737" w:rsidRPr="12766998">
        <w:rPr>
          <w:color w:val="FF0000"/>
        </w:rPr>
        <w:t>ligg .....</w:t>
      </w:r>
    </w:p>
    <w:p w14:paraId="6DB148B8" w14:textId="3EFE4229" w:rsidR="00EA3AA6" w:rsidRDefault="00614C19">
      <w:pPr>
        <w:pStyle w:val="Overskrift3"/>
      </w:pPr>
      <w:r>
        <w:t>g. prosedyr</w:t>
      </w:r>
      <w:r w:rsidR="2DE662E0">
        <w:t>ar</w:t>
      </w:r>
      <w:r w:rsidR="002A1B53">
        <w:t xml:space="preserve"> </w:t>
      </w:r>
      <w:r>
        <w:t>for</w:t>
      </w:r>
      <w:r w:rsidR="002A1B53">
        <w:t xml:space="preserve"> </w:t>
      </w:r>
      <w:r>
        <w:t>registrering</w:t>
      </w:r>
      <w:r w:rsidR="002A1B53">
        <w:t xml:space="preserve"> </w:t>
      </w:r>
      <w:r>
        <w:t>og</w:t>
      </w:r>
      <w:r w:rsidR="002A1B53">
        <w:t xml:space="preserve"> </w:t>
      </w:r>
      <w:r>
        <w:t>arkivering</w:t>
      </w:r>
      <w:r w:rsidR="002A1B53">
        <w:t xml:space="preserve"> </w:t>
      </w:r>
      <w:r>
        <w:t>til</w:t>
      </w:r>
      <w:r w:rsidR="002A1B53">
        <w:t xml:space="preserve"> </w:t>
      </w:r>
      <w:r>
        <w:t>bruk</w:t>
      </w:r>
      <w:r w:rsidR="002A1B53">
        <w:t xml:space="preserve"> </w:t>
      </w:r>
      <w:r w:rsidR="09D282EC">
        <w:t>d</w:t>
      </w:r>
      <w:r w:rsidR="002A1B53">
        <w:t xml:space="preserve">ersom </w:t>
      </w:r>
      <w:r>
        <w:t>systemet</w:t>
      </w:r>
      <w:r w:rsidR="002A1B53">
        <w:t xml:space="preserve"> </w:t>
      </w:r>
      <w:r>
        <w:t>er</w:t>
      </w:r>
      <w:r w:rsidR="002A1B53">
        <w:t xml:space="preserve"> </w:t>
      </w:r>
      <w:r>
        <w:t>ute</w:t>
      </w:r>
      <w:r w:rsidR="002A1B53">
        <w:t xml:space="preserve"> </w:t>
      </w:r>
      <w:r>
        <w:t>av</w:t>
      </w:r>
      <w:r w:rsidR="002A1B53">
        <w:t xml:space="preserve"> </w:t>
      </w:r>
      <w:r>
        <w:t>drift.</w:t>
      </w:r>
    </w:p>
    <w:p w14:paraId="59F1F545" w14:textId="3E8828FF" w:rsidR="1D7ED91A" w:rsidRDefault="1D7ED91A" w:rsidP="2D25E11B">
      <w:r>
        <w:t>Dersom systemet er ute av drift må den enkelte notere pasientinforma</w:t>
      </w:r>
      <w:r w:rsidR="627E275D">
        <w:t>sj</w:t>
      </w:r>
      <w:r>
        <w:t>on på papir. Dette vert lagra i låsbart skap på helsestasjonen inntil EPJ- systemet er tilbake i drift.</w:t>
      </w:r>
      <w:r w:rsidR="034C55A8">
        <w:t xml:space="preserve"> Helseopplysningar vert dokumentert elektronisk i pasienten sin journal med eventuell </w:t>
      </w:r>
      <w:r w:rsidR="034C55A8">
        <w:lastRenderedPageBreak/>
        <w:t xml:space="preserve">tilbakeføring av dato og registrere dette som etterregistrering.  </w:t>
      </w:r>
      <w:r>
        <w:t>Papirnotat blir deretter makulert når desse data er overført EPJ og signert</w:t>
      </w:r>
      <w:r w:rsidR="78D99FA4">
        <w:t xml:space="preserve"> av helsepersonell.</w:t>
      </w:r>
      <w:r>
        <w:t xml:space="preserve"> </w:t>
      </w:r>
    </w:p>
    <w:p w14:paraId="3378C607" w14:textId="2827F03A" w:rsidR="554C9889" w:rsidRDefault="554C9889">
      <w:r>
        <w:t xml:space="preserve">Oppdatert den 10.juni 2025 </w:t>
      </w:r>
    </w:p>
    <w:p w14:paraId="3111D166" w14:textId="5FC41CEC" w:rsidR="12766998" w:rsidRDefault="12766998"/>
    <w:p w14:paraId="1BFB318F" w14:textId="631067B4" w:rsidR="00EA3AA6" w:rsidRDefault="00614C19">
      <w:r>
        <w:br/>
      </w:r>
      <w:r>
        <w:br/>
      </w:r>
    </w:p>
    <w:sectPr w:rsidR="00EA3AA6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217007270">
    <w:abstractNumId w:val="8"/>
  </w:num>
  <w:num w:numId="2" w16cid:durableId="836384260">
    <w:abstractNumId w:val="6"/>
  </w:num>
  <w:num w:numId="3" w16cid:durableId="35591043">
    <w:abstractNumId w:val="5"/>
  </w:num>
  <w:num w:numId="4" w16cid:durableId="883440823">
    <w:abstractNumId w:val="4"/>
  </w:num>
  <w:num w:numId="5" w16cid:durableId="716129282">
    <w:abstractNumId w:val="7"/>
  </w:num>
  <w:num w:numId="6" w16cid:durableId="832449042">
    <w:abstractNumId w:val="3"/>
  </w:num>
  <w:num w:numId="7" w16cid:durableId="1402214946">
    <w:abstractNumId w:val="2"/>
  </w:num>
  <w:num w:numId="8" w16cid:durableId="1169179598">
    <w:abstractNumId w:val="1"/>
  </w:num>
  <w:num w:numId="9" w16cid:durableId="12349240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35CC"/>
    <w:rsid w:val="00017F65"/>
    <w:rsid w:val="00034616"/>
    <w:rsid w:val="0006063C"/>
    <w:rsid w:val="000E3D48"/>
    <w:rsid w:val="00141D06"/>
    <w:rsid w:val="0015074B"/>
    <w:rsid w:val="002223E6"/>
    <w:rsid w:val="00245135"/>
    <w:rsid w:val="00295AE6"/>
    <w:rsid w:val="0029639D"/>
    <w:rsid w:val="002A1B53"/>
    <w:rsid w:val="002F2119"/>
    <w:rsid w:val="00316290"/>
    <w:rsid w:val="00326F90"/>
    <w:rsid w:val="00333E9B"/>
    <w:rsid w:val="003444D3"/>
    <w:rsid w:val="00381E68"/>
    <w:rsid w:val="003B349A"/>
    <w:rsid w:val="005375CD"/>
    <w:rsid w:val="00545746"/>
    <w:rsid w:val="005626D7"/>
    <w:rsid w:val="005B387E"/>
    <w:rsid w:val="006102FD"/>
    <w:rsid w:val="00614C19"/>
    <w:rsid w:val="0073751F"/>
    <w:rsid w:val="007768D8"/>
    <w:rsid w:val="007B503C"/>
    <w:rsid w:val="008B66D0"/>
    <w:rsid w:val="008C3923"/>
    <w:rsid w:val="00920AFC"/>
    <w:rsid w:val="0099162D"/>
    <w:rsid w:val="00AA1D8D"/>
    <w:rsid w:val="00AB00A7"/>
    <w:rsid w:val="00B47730"/>
    <w:rsid w:val="00B73D4C"/>
    <w:rsid w:val="00BB16C2"/>
    <w:rsid w:val="00BF921F"/>
    <w:rsid w:val="00C51D44"/>
    <w:rsid w:val="00CB0664"/>
    <w:rsid w:val="00D14211"/>
    <w:rsid w:val="00D94500"/>
    <w:rsid w:val="00E21380"/>
    <w:rsid w:val="00E313A4"/>
    <w:rsid w:val="00EA3AA6"/>
    <w:rsid w:val="00FA2FA1"/>
    <w:rsid w:val="00FC693F"/>
    <w:rsid w:val="02BBF3EA"/>
    <w:rsid w:val="0315F8A3"/>
    <w:rsid w:val="0331BEC3"/>
    <w:rsid w:val="034BCCD4"/>
    <w:rsid w:val="034C55A8"/>
    <w:rsid w:val="035D0CCD"/>
    <w:rsid w:val="03923CFB"/>
    <w:rsid w:val="04C15C13"/>
    <w:rsid w:val="04F12BF8"/>
    <w:rsid w:val="06C0A23E"/>
    <w:rsid w:val="06F6C6EA"/>
    <w:rsid w:val="079F527D"/>
    <w:rsid w:val="07D7D67C"/>
    <w:rsid w:val="0875F7FF"/>
    <w:rsid w:val="08F4639C"/>
    <w:rsid w:val="093D88AD"/>
    <w:rsid w:val="09D282EC"/>
    <w:rsid w:val="0A3BAE18"/>
    <w:rsid w:val="0B2EBC2B"/>
    <w:rsid w:val="0CF25E3F"/>
    <w:rsid w:val="0D05DC79"/>
    <w:rsid w:val="0D4380A7"/>
    <w:rsid w:val="0DE4606B"/>
    <w:rsid w:val="0F66968F"/>
    <w:rsid w:val="1005C073"/>
    <w:rsid w:val="11D182EB"/>
    <w:rsid w:val="12766998"/>
    <w:rsid w:val="12EFA7EE"/>
    <w:rsid w:val="145A0E18"/>
    <w:rsid w:val="164834A3"/>
    <w:rsid w:val="16AE77D5"/>
    <w:rsid w:val="16BF694A"/>
    <w:rsid w:val="179CCF8B"/>
    <w:rsid w:val="17C6A066"/>
    <w:rsid w:val="180C751F"/>
    <w:rsid w:val="18285940"/>
    <w:rsid w:val="1915FEC9"/>
    <w:rsid w:val="193B71AB"/>
    <w:rsid w:val="1A9CDAFB"/>
    <w:rsid w:val="1B5F8177"/>
    <w:rsid w:val="1BBA84C9"/>
    <w:rsid w:val="1C1525A4"/>
    <w:rsid w:val="1D7ED91A"/>
    <w:rsid w:val="1DFD8E9B"/>
    <w:rsid w:val="1DFE0F8F"/>
    <w:rsid w:val="1EFA5A19"/>
    <w:rsid w:val="1FD54DB5"/>
    <w:rsid w:val="20535319"/>
    <w:rsid w:val="21FE9383"/>
    <w:rsid w:val="221059F9"/>
    <w:rsid w:val="232B093A"/>
    <w:rsid w:val="23846D92"/>
    <w:rsid w:val="24FF62E6"/>
    <w:rsid w:val="25A6ADC3"/>
    <w:rsid w:val="267ECE5E"/>
    <w:rsid w:val="275E182C"/>
    <w:rsid w:val="2792CF33"/>
    <w:rsid w:val="280C0C33"/>
    <w:rsid w:val="28567834"/>
    <w:rsid w:val="287A324E"/>
    <w:rsid w:val="287B8EBE"/>
    <w:rsid w:val="292D175D"/>
    <w:rsid w:val="29A46D7A"/>
    <w:rsid w:val="29A5D074"/>
    <w:rsid w:val="2A37A08F"/>
    <w:rsid w:val="2AF7ED61"/>
    <w:rsid w:val="2B8852E1"/>
    <w:rsid w:val="2C29E6A4"/>
    <w:rsid w:val="2D2254AA"/>
    <w:rsid w:val="2D25E11B"/>
    <w:rsid w:val="2D7F7BBC"/>
    <w:rsid w:val="2DE662E0"/>
    <w:rsid w:val="2DFA67A7"/>
    <w:rsid w:val="2F5ADC91"/>
    <w:rsid w:val="2FA09DCE"/>
    <w:rsid w:val="30432285"/>
    <w:rsid w:val="30F49F8E"/>
    <w:rsid w:val="3208863E"/>
    <w:rsid w:val="342BAFA3"/>
    <w:rsid w:val="343C1D77"/>
    <w:rsid w:val="34FF0CB9"/>
    <w:rsid w:val="35236D5F"/>
    <w:rsid w:val="356F2B3B"/>
    <w:rsid w:val="35826809"/>
    <w:rsid w:val="35FCA9A3"/>
    <w:rsid w:val="370EF791"/>
    <w:rsid w:val="3769FA06"/>
    <w:rsid w:val="37DDF174"/>
    <w:rsid w:val="382FE547"/>
    <w:rsid w:val="38C53839"/>
    <w:rsid w:val="38CEB8EF"/>
    <w:rsid w:val="39D256D9"/>
    <w:rsid w:val="3A18CDA6"/>
    <w:rsid w:val="3B58D6E6"/>
    <w:rsid w:val="3C8F2913"/>
    <w:rsid w:val="3CFB11A1"/>
    <w:rsid w:val="3D02AC66"/>
    <w:rsid w:val="3D7FCFDA"/>
    <w:rsid w:val="3EFAA88B"/>
    <w:rsid w:val="3F175103"/>
    <w:rsid w:val="3FD3624F"/>
    <w:rsid w:val="4054513D"/>
    <w:rsid w:val="4073D912"/>
    <w:rsid w:val="41CF0639"/>
    <w:rsid w:val="4235F348"/>
    <w:rsid w:val="42C9415F"/>
    <w:rsid w:val="438E293E"/>
    <w:rsid w:val="45488A4B"/>
    <w:rsid w:val="466BDE13"/>
    <w:rsid w:val="47B86094"/>
    <w:rsid w:val="47D747E2"/>
    <w:rsid w:val="49022AEB"/>
    <w:rsid w:val="49796963"/>
    <w:rsid w:val="49B18F80"/>
    <w:rsid w:val="4A57CD4E"/>
    <w:rsid w:val="4A95A01A"/>
    <w:rsid w:val="4B111727"/>
    <w:rsid w:val="4BA0D101"/>
    <w:rsid w:val="4BFB9011"/>
    <w:rsid w:val="4CAF339F"/>
    <w:rsid w:val="4CC1070D"/>
    <w:rsid w:val="4D19EBC2"/>
    <w:rsid w:val="4DF354D7"/>
    <w:rsid w:val="4DF94D8C"/>
    <w:rsid w:val="4E0385D9"/>
    <w:rsid w:val="4E0B1132"/>
    <w:rsid w:val="4FA4B71F"/>
    <w:rsid w:val="4FC1EAB3"/>
    <w:rsid w:val="509645F1"/>
    <w:rsid w:val="50C90BBF"/>
    <w:rsid w:val="50D305C7"/>
    <w:rsid w:val="51671B85"/>
    <w:rsid w:val="516A9E17"/>
    <w:rsid w:val="51D0191F"/>
    <w:rsid w:val="521C2A2E"/>
    <w:rsid w:val="5467B2FA"/>
    <w:rsid w:val="5519F205"/>
    <w:rsid w:val="554C9889"/>
    <w:rsid w:val="562B687E"/>
    <w:rsid w:val="5644162B"/>
    <w:rsid w:val="57683D93"/>
    <w:rsid w:val="5789F9AB"/>
    <w:rsid w:val="57B94126"/>
    <w:rsid w:val="58A62E0B"/>
    <w:rsid w:val="59428D49"/>
    <w:rsid w:val="5971D1E5"/>
    <w:rsid w:val="59D23692"/>
    <w:rsid w:val="5AFF019D"/>
    <w:rsid w:val="5BBD7DEB"/>
    <w:rsid w:val="5C362F45"/>
    <w:rsid w:val="5D81F08D"/>
    <w:rsid w:val="5F468A68"/>
    <w:rsid w:val="613690E9"/>
    <w:rsid w:val="614CD955"/>
    <w:rsid w:val="61A6395A"/>
    <w:rsid w:val="6247E589"/>
    <w:rsid w:val="627E275D"/>
    <w:rsid w:val="62A0B87F"/>
    <w:rsid w:val="6360C1E9"/>
    <w:rsid w:val="64118A10"/>
    <w:rsid w:val="644B6D6E"/>
    <w:rsid w:val="646B2D5B"/>
    <w:rsid w:val="64764818"/>
    <w:rsid w:val="6517B816"/>
    <w:rsid w:val="652E67B9"/>
    <w:rsid w:val="65E8B7E0"/>
    <w:rsid w:val="661B85C7"/>
    <w:rsid w:val="66B1E1D6"/>
    <w:rsid w:val="66B7C8B8"/>
    <w:rsid w:val="690F88A1"/>
    <w:rsid w:val="6927D35E"/>
    <w:rsid w:val="6B307C0B"/>
    <w:rsid w:val="6B795271"/>
    <w:rsid w:val="6CD0A9B4"/>
    <w:rsid w:val="6D3B5B53"/>
    <w:rsid w:val="6DC541E3"/>
    <w:rsid w:val="6EF5AB76"/>
    <w:rsid w:val="6F4D1291"/>
    <w:rsid w:val="6FDF18FB"/>
    <w:rsid w:val="70253146"/>
    <w:rsid w:val="70460686"/>
    <w:rsid w:val="71BD002F"/>
    <w:rsid w:val="72776986"/>
    <w:rsid w:val="730A77CC"/>
    <w:rsid w:val="7401794C"/>
    <w:rsid w:val="74D242E5"/>
    <w:rsid w:val="7500CC89"/>
    <w:rsid w:val="75F85276"/>
    <w:rsid w:val="77AFCD80"/>
    <w:rsid w:val="77E930E5"/>
    <w:rsid w:val="7801006C"/>
    <w:rsid w:val="78D99FA4"/>
    <w:rsid w:val="7935F8D0"/>
    <w:rsid w:val="7968F1EA"/>
    <w:rsid w:val="79A1B31D"/>
    <w:rsid w:val="79B1A5E3"/>
    <w:rsid w:val="7A2F10E3"/>
    <w:rsid w:val="7A9DD48B"/>
    <w:rsid w:val="7BA0F031"/>
    <w:rsid w:val="7C30D737"/>
    <w:rsid w:val="7CD37FBE"/>
    <w:rsid w:val="7CE5D5A7"/>
    <w:rsid w:val="7CEF2CED"/>
    <w:rsid w:val="7CF0A87D"/>
    <w:rsid w:val="7E639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A2B49BD"/>
  <w14:defaultImageDpi w14:val="330"/>
  <w15:docId w15:val="{232BE61C-96FB-404B-AA03-41AF7846E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287B8EBE"/>
    <w:rPr>
      <w:lang w:val="nn-NO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287B8EB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287B8EB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287B8EB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287B8EB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287B8EB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287B8EB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287B8EBE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287B8EBE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287B8EBE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287B8E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287B8E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287B8EB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287B8EBE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287B8EBE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287B8EBE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287B8EBE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287B8EBE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287B8EBE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287B8EBE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287B8EBE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287B8EBE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287B8EBE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287B8EBE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287B8EBE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287B8EBE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287B8EBE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287B8EBE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287B8EBE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287B8EBE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287B8EBE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287B8EBE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287B8EBE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969d45c-04ae-4426-b202-abe271157f0b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F86A3A8EC683542B2BAD168ECA3EFC4" ma:contentTypeVersion="16" ma:contentTypeDescription="Opprett et nytt dokument." ma:contentTypeScope="" ma:versionID="4a4e44c19a7d5d9c953a704a5177b42a">
  <xsd:schema xmlns:xsd="http://www.w3.org/2001/XMLSchema" xmlns:xs="http://www.w3.org/2001/XMLSchema" xmlns:p="http://schemas.microsoft.com/office/2006/metadata/properties" xmlns:ns2="0969d45c-04ae-4426-b202-abe271157f0b" targetNamespace="http://schemas.microsoft.com/office/2006/metadata/properties" ma:root="true" ma:fieldsID="9fbaa8dd0a8a16dde14ddc18463fe215" ns2:_="">
    <xsd:import namespace="0969d45c-04ae-4426-b202-abe271157f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69d45c-04ae-4426-b202-abe271157f0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4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5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46af8f8e-1e45-4bcb-8b90-291e597263f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3" ma:displayName="Content Type"/>
        <xsd:element ref="dc:title" minOccurs="0" maxOccurs="1" ma:index="3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1AF31F3-85F0-4A91-8475-B0D26EC670BC}">
  <ds:schemaRefs>
    <ds:schemaRef ds:uri="http://schemas.microsoft.com/office/2006/metadata/properties"/>
    <ds:schemaRef ds:uri="http://schemas.microsoft.com/office/infopath/2007/PartnerControls"/>
    <ds:schemaRef ds:uri="0969d45c-04ae-4426-b202-abe271157f0b"/>
  </ds:schemaRefs>
</ds:datastoreItem>
</file>

<file path=customXml/itemProps3.xml><?xml version="1.0" encoding="utf-8"?>
<ds:datastoreItem xmlns:ds="http://schemas.openxmlformats.org/officeDocument/2006/customXml" ds:itemID="{A5D8E8B6-0A6D-4E3D-80B3-0FC4027ED00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DF25AF2-27AA-4FCC-A1C4-7E1D5FA7F0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969d45c-04ae-4426-b202-abe271157f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1194</Words>
  <Characters>6330</Characters>
  <Application>Microsoft Office Word</Application>
  <DocSecurity>0</DocSecurity>
  <Lines>52</Lines>
  <Paragraphs>15</Paragraphs>
  <ScaleCrop>false</ScaleCrop>
  <Manager/>
  <Company/>
  <LinksUpToDate>false</LinksUpToDate>
  <CharactersWithSpaces>7509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Gjerden, Mette Brottveit</cp:lastModifiedBy>
  <cp:revision>2</cp:revision>
  <dcterms:created xsi:type="dcterms:W3CDTF">2025-06-10T09:50:00Z</dcterms:created>
  <dcterms:modified xsi:type="dcterms:W3CDTF">2025-06-10T09:50:00Z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0x010100CF86A3A8EC683542B2BAD168ECA3EFC4</vt:lpwstr>
  </property>
  <property fmtid="{D5CDD505-2E9C-101B-9397-08002B2CF9AE}" pid="4" name="_SourceUrl">
    <vt:lpwstr/>
  </property>
  <property fmtid="{D5CDD505-2E9C-101B-9397-08002B2CF9AE}" pid="5" name="_SharedFileIndex">
    <vt:lpwstr/>
  </property>
  <property fmtid="{D5CDD505-2E9C-101B-9397-08002B2CF9AE}" pid="6" name="ComplianceAssetId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_activity">
    <vt:lpwstr>{"FileActivityType":"9","FileActivityTimeStamp":"2025-06-10T09:09:52.313Z","FileActivityUsersOnPage":[{"DisplayName":"Bjønnes, Ingrid Sønnei","Id":"ingrid.sonnei.bjonnes@bykle.kommune.no"},{"DisplayName":"Gjerden, Mette Brottveit","Id":"mette.brottveit.gjerden@bykle.kommune.no"},{"DisplayName":"Hoslemo, Ragnhild Åvesland","Id":"ragnhild.avesland.hoslemo@bykle.kommune.no"}],"FileActivityNavigationId":null}</vt:lpwstr>
  </property>
</Properties>
</file>